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FAA29" w14:textId="77777777" w:rsidR="00313F25" w:rsidRDefault="00C27224" w:rsidP="004F7825">
      <w:pPr>
        <w:pStyle w:val="1"/>
        <w:spacing w:before="0" w:line="320" w:lineRule="exact"/>
        <w:rPr>
          <w:lang w:eastAsia="ja-JP"/>
        </w:rPr>
      </w:pPr>
      <w:r>
        <w:rPr>
          <w:lang w:eastAsia="ja-JP"/>
        </w:rPr>
        <w:t>【バリアフリー】見積依頼文テンプレ（コピペ用）</w:t>
      </w:r>
    </w:p>
    <w:p w14:paraId="2F1FC7DA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sz w:val="20"/>
          <w:lang w:eastAsia="ja-JP"/>
        </w:rPr>
        <w:t>下記は、そのままメールや一括見積の入力欄に貼れるテンプレです。</w:t>
      </w:r>
    </w:p>
    <w:p w14:paraId="7142D1AE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■</w:t>
      </w:r>
      <w:r>
        <w:rPr>
          <w:lang w:eastAsia="ja-JP"/>
        </w:rPr>
        <w:t>介護保険・補助金：［利用したい／不明／利用しない］（対象可否の相談希望）</w:t>
      </w:r>
    </w:p>
    <w:p w14:paraId="2B72F819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■</w:t>
      </w:r>
      <w:r>
        <w:rPr>
          <w:lang w:eastAsia="ja-JP"/>
        </w:rPr>
        <w:t>現地調査希望日：［　］（候補</w:t>
      </w:r>
      <w:r>
        <w:rPr>
          <w:lang w:eastAsia="ja-JP"/>
        </w:rPr>
        <w:t>2</w:t>
      </w:r>
      <w:r>
        <w:rPr>
          <w:lang w:eastAsia="ja-JP"/>
        </w:rPr>
        <w:t>〜</w:t>
      </w:r>
      <w:r>
        <w:rPr>
          <w:lang w:eastAsia="ja-JP"/>
        </w:rPr>
        <w:t>3</w:t>
      </w:r>
      <w:r>
        <w:rPr>
          <w:lang w:eastAsia="ja-JP"/>
        </w:rPr>
        <w:t xml:space="preserve">日）　</w:t>
      </w:r>
      <w:r>
        <w:rPr>
          <w:lang w:eastAsia="ja-JP"/>
        </w:rPr>
        <w:t>■</w:t>
      </w:r>
      <w:r>
        <w:rPr>
          <w:lang w:eastAsia="ja-JP"/>
        </w:rPr>
        <w:t xml:space="preserve">見積提出期限：［　］　</w:t>
      </w:r>
      <w:r>
        <w:rPr>
          <w:lang w:eastAsia="ja-JP"/>
        </w:rPr>
        <w:t>■</w:t>
      </w:r>
      <w:r>
        <w:rPr>
          <w:lang w:eastAsia="ja-JP"/>
        </w:rPr>
        <w:t>連絡方法：［メール／電話］</w:t>
      </w:r>
    </w:p>
    <w:p w14:paraId="74A4A288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【提出物（可能な範囲で）】</w:t>
      </w:r>
      <w:r>
        <w:rPr>
          <w:lang w:eastAsia="ja-JP"/>
        </w:rPr>
        <w:t>①</w:t>
      </w:r>
      <w:r>
        <w:rPr>
          <w:lang w:eastAsia="ja-JP"/>
        </w:rPr>
        <w:t>見積（明細：数量・単価・機器の型番）</w:t>
      </w:r>
      <w:r>
        <w:rPr>
          <w:lang w:eastAsia="ja-JP"/>
        </w:rPr>
        <w:t>②</w:t>
      </w:r>
      <w:r>
        <w:rPr>
          <w:lang w:eastAsia="ja-JP"/>
        </w:rPr>
        <w:t>工期目安（使用不可時間）</w:t>
      </w:r>
      <w:r>
        <w:rPr>
          <w:lang w:eastAsia="ja-JP"/>
        </w:rPr>
        <w:t>③</w:t>
      </w:r>
      <w:r>
        <w:rPr>
          <w:lang w:eastAsia="ja-JP"/>
        </w:rPr>
        <w:t>保証（製品＋工事）</w:t>
      </w:r>
      <w:r>
        <w:rPr>
          <w:lang w:eastAsia="ja-JP"/>
        </w:rPr>
        <w:t>④</w:t>
      </w:r>
      <w:r>
        <w:rPr>
          <w:lang w:eastAsia="ja-JP"/>
        </w:rPr>
        <w:t>追加費用が出やすい点と事前連絡ルール</w:t>
      </w:r>
    </w:p>
    <w:p w14:paraId="69064750" w14:textId="5BF5E372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【現地調査で確認してほしいこと】段差のある箇所（玄関・浴室・敷居等）の測定／手すり</w:t>
      </w:r>
      <w:proofErr w:type="gramStart"/>
      <w:r>
        <w:rPr>
          <w:lang w:eastAsia="ja-JP"/>
        </w:rPr>
        <w:t>取付</w:t>
      </w:r>
      <w:proofErr w:type="gramEnd"/>
      <w:r>
        <w:rPr>
          <w:lang w:eastAsia="ja-JP"/>
        </w:rPr>
        <w:t>の下地確認／通路・開口の成立／床下地の傷み／電源・照明の位置</w:t>
      </w:r>
    </w:p>
    <w:p w14:paraId="04BB5144" w14:textId="77777777" w:rsidR="00A540D2" w:rsidRDefault="00A540D2" w:rsidP="004F7825">
      <w:pPr>
        <w:spacing w:after="0" w:line="320" w:lineRule="exact"/>
        <w:rPr>
          <w:rFonts w:hint="eastAsia"/>
          <w:lang w:eastAsia="ja-JP"/>
        </w:rPr>
      </w:pPr>
    </w:p>
    <w:p w14:paraId="30EAA919" w14:textId="77777777" w:rsidR="00313F25" w:rsidRDefault="00C27224" w:rsidP="004F7825">
      <w:pPr>
        <w:pStyle w:val="21"/>
        <w:spacing w:before="0" w:line="320" w:lineRule="exact"/>
        <w:rPr>
          <w:lang w:eastAsia="ja-JP"/>
        </w:rPr>
      </w:pPr>
      <w:r>
        <w:rPr>
          <w:lang w:eastAsia="ja-JP"/>
        </w:rPr>
        <w:t>テンプレ</w:t>
      </w:r>
      <w:r>
        <w:rPr>
          <w:lang w:eastAsia="ja-JP"/>
        </w:rPr>
        <w:t>①</w:t>
      </w:r>
      <w:r>
        <w:rPr>
          <w:lang w:eastAsia="ja-JP"/>
        </w:rPr>
        <w:t>：転倒予防（段差＋手すり＋照明）</w:t>
      </w:r>
    </w:p>
    <w:p w14:paraId="3565E02D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お世話になります。下記のバリアフリー改修について、現地調査のうえ見積をお願いします。</w:t>
      </w:r>
    </w:p>
    <w:p w14:paraId="2055EBC0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【物件】戸建て</w:t>
      </w:r>
      <w:r>
        <w:rPr>
          <w:lang w:eastAsia="ja-JP"/>
        </w:rPr>
        <w:t>/</w:t>
      </w:r>
      <w:r>
        <w:rPr>
          <w:lang w:eastAsia="ja-JP"/>
        </w:rPr>
        <w:t>マンション（築年数：＿＿年）　【住所】＿＿＿＿＿＿</w:t>
      </w:r>
    </w:p>
    <w:p w14:paraId="1B41F094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【困りごと】（例）廊下の敷居でつまずく／夜間トイレ動線が不安／浴室入口の跨ぎが怖い</w:t>
      </w:r>
    </w:p>
    <w:p w14:paraId="4BB730B6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【希望工事】</w:t>
      </w:r>
    </w:p>
    <w:p w14:paraId="4DD492E1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 xml:space="preserve">1) </w:t>
      </w:r>
      <w:r>
        <w:rPr>
          <w:lang w:eastAsia="ja-JP"/>
        </w:rPr>
        <w:t>段差解消：敷居・框・浴室出入口など、対象箇所の段差の大きさを現地で測定し、解消方法を提案してください（測定値は見積に明記）。</w:t>
      </w:r>
    </w:p>
    <w:p w14:paraId="6F1396A1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 xml:space="preserve">2) </w:t>
      </w:r>
      <w:r>
        <w:rPr>
          <w:lang w:eastAsia="ja-JP"/>
        </w:rPr>
        <w:t>手すり：トイレ（</w:t>
      </w:r>
      <w:r>
        <w:rPr>
          <w:lang w:eastAsia="ja-JP"/>
        </w:rPr>
        <w:t>L</w:t>
      </w:r>
      <w:r>
        <w:rPr>
          <w:lang w:eastAsia="ja-JP"/>
        </w:rPr>
        <w:t>型</w:t>
      </w:r>
      <w:r>
        <w:rPr>
          <w:lang w:eastAsia="ja-JP"/>
        </w:rPr>
        <w:t>/</w:t>
      </w:r>
      <w:r>
        <w:rPr>
          <w:lang w:eastAsia="ja-JP"/>
        </w:rPr>
        <w:t>はね上げ等）、廊下（</w:t>
      </w:r>
      <w:r>
        <w:rPr>
          <w:lang w:eastAsia="ja-JP"/>
        </w:rPr>
        <w:t>I</w:t>
      </w:r>
      <w:r>
        <w:rPr>
          <w:lang w:eastAsia="ja-JP"/>
        </w:rPr>
        <w:t>型）、浴室（横手すり等）。</w:t>
      </w:r>
      <w:proofErr w:type="gramStart"/>
      <w:r>
        <w:rPr>
          <w:lang w:eastAsia="ja-JP"/>
        </w:rPr>
        <w:t>取付</w:t>
      </w:r>
      <w:proofErr w:type="gramEnd"/>
      <w:r>
        <w:rPr>
          <w:lang w:eastAsia="ja-JP"/>
        </w:rPr>
        <w:t>位置の下地確認を行い、必要な下地補強を含めて見積に明記してください。</w:t>
      </w:r>
    </w:p>
    <w:p w14:paraId="5D8696F9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 xml:space="preserve">3) </w:t>
      </w:r>
      <w:r>
        <w:rPr>
          <w:lang w:eastAsia="ja-JP"/>
        </w:rPr>
        <w:t>照明：夜間動線の転倒予防として、廊下・トイレ周りの照度確保（人感センサー含む）を提案してください。</w:t>
      </w:r>
    </w:p>
    <w:p w14:paraId="0F5AAB4C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【見積に明記してほしいこと】</w:t>
      </w:r>
    </w:p>
    <w:p w14:paraId="246A381C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・工事範囲（どこまで含むか）／養生・産廃・搬入運搬の範囲</w:t>
      </w:r>
    </w:p>
    <w:p w14:paraId="19F7582D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・見積内訳（材料・数量・単価）／追加費用が発生する条件</w:t>
      </w:r>
    </w:p>
    <w:p w14:paraId="40FE6D32" w14:textId="701C609E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・工事保証（書面）と器具保証（メーカー保証）の範囲</w:t>
      </w:r>
    </w:p>
    <w:p w14:paraId="4A135843" w14:textId="77777777" w:rsidR="00A540D2" w:rsidRDefault="00A540D2" w:rsidP="004F7825">
      <w:pPr>
        <w:spacing w:after="0" w:line="320" w:lineRule="exact"/>
        <w:rPr>
          <w:lang w:eastAsia="ja-JP"/>
        </w:rPr>
      </w:pPr>
    </w:p>
    <w:p w14:paraId="6FF4B2EF" w14:textId="77777777" w:rsidR="00A540D2" w:rsidRDefault="00A540D2" w:rsidP="004F7825">
      <w:pPr>
        <w:spacing w:after="0" w:line="320" w:lineRule="exact"/>
        <w:rPr>
          <w:lang w:eastAsia="ja-JP"/>
        </w:rPr>
      </w:pPr>
    </w:p>
    <w:p w14:paraId="15D85E9F" w14:textId="77777777" w:rsidR="00A540D2" w:rsidRDefault="00A540D2" w:rsidP="004F7825">
      <w:pPr>
        <w:spacing w:after="0" w:line="320" w:lineRule="exact"/>
        <w:rPr>
          <w:lang w:eastAsia="ja-JP"/>
        </w:rPr>
      </w:pPr>
    </w:p>
    <w:p w14:paraId="6CEB8974" w14:textId="77777777" w:rsidR="00A540D2" w:rsidRDefault="00A540D2" w:rsidP="004F7825">
      <w:pPr>
        <w:spacing w:after="0" w:line="320" w:lineRule="exact"/>
        <w:rPr>
          <w:lang w:eastAsia="ja-JP"/>
        </w:rPr>
      </w:pPr>
    </w:p>
    <w:p w14:paraId="176FD08B" w14:textId="77777777" w:rsidR="00A540D2" w:rsidRDefault="00A540D2" w:rsidP="004F7825">
      <w:pPr>
        <w:spacing w:after="0" w:line="320" w:lineRule="exact"/>
        <w:rPr>
          <w:lang w:eastAsia="ja-JP"/>
        </w:rPr>
      </w:pPr>
    </w:p>
    <w:p w14:paraId="16737E39" w14:textId="77777777" w:rsidR="00A540D2" w:rsidRDefault="00A540D2" w:rsidP="004F7825">
      <w:pPr>
        <w:spacing w:after="0" w:line="320" w:lineRule="exact"/>
        <w:rPr>
          <w:lang w:eastAsia="ja-JP"/>
        </w:rPr>
      </w:pPr>
    </w:p>
    <w:p w14:paraId="01821BEE" w14:textId="77777777" w:rsidR="00A540D2" w:rsidRDefault="00A540D2" w:rsidP="004F7825">
      <w:pPr>
        <w:spacing w:after="0" w:line="320" w:lineRule="exact"/>
        <w:rPr>
          <w:lang w:eastAsia="ja-JP"/>
        </w:rPr>
      </w:pPr>
    </w:p>
    <w:p w14:paraId="09E3792B" w14:textId="77777777" w:rsidR="00A540D2" w:rsidRDefault="00A540D2" w:rsidP="004F7825">
      <w:pPr>
        <w:spacing w:after="0" w:line="320" w:lineRule="exact"/>
        <w:rPr>
          <w:lang w:eastAsia="ja-JP"/>
        </w:rPr>
      </w:pPr>
    </w:p>
    <w:p w14:paraId="4457F868" w14:textId="77777777" w:rsidR="00A540D2" w:rsidRDefault="00A540D2" w:rsidP="004F7825">
      <w:pPr>
        <w:spacing w:after="0" w:line="320" w:lineRule="exact"/>
        <w:rPr>
          <w:lang w:eastAsia="ja-JP"/>
        </w:rPr>
      </w:pPr>
    </w:p>
    <w:p w14:paraId="5267160D" w14:textId="77777777" w:rsidR="00A540D2" w:rsidRDefault="00A540D2" w:rsidP="004F7825">
      <w:pPr>
        <w:spacing w:after="0" w:line="320" w:lineRule="exact"/>
        <w:rPr>
          <w:lang w:eastAsia="ja-JP"/>
        </w:rPr>
      </w:pPr>
    </w:p>
    <w:p w14:paraId="5A6BC2CF" w14:textId="77777777" w:rsidR="00A540D2" w:rsidRDefault="00A540D2" w:rsidP="004F7825">
      <w:pPr>
        <w:spacing w:after="0" w:line="320" w:lineRule="exact"/>
        <w:rPr>
          <w:rFonts w:hint="eastAsia"/>
          <w:lang w:eastAsia="ja-JP"/>
        </w:rPr>
      </w:pPr>
    </w:p>
    <w:p w14:paraId="7BAFEF80" w14:textId="77777777" w:rsidR="00313F25" w:rsidRDefault="00C27224" w:rsidP="004F7825">
      <w:pPr>
        <w:pStyle w:val="21"/>
        <w:spacing w:before="0" w:line="320" w:lineRule="exact"/>
        <w:rPr>
          <w:lang w:eastAsia="ja-JP"/>
        </w:rPr>
      </w:pPr>
      <w:r>
        <w:rPr>
          <w:lang w:eastAsia="ja-JP"/>
        </w:rPr>
        <w:lastRenderedPageBreak/>
        <w:t>テンプレ</w:t>
      </w:r>
      <w:r>
        <w:rPr>
          <w:lang w:eastAsia="ja-JP"/>
        </w:rPr>
        <w:t>②</w:t>
      </w:r>
      <w:r>
        <w:rPr>
          <w:lang w:eastAsia="ja-JP"/>
        </w:rPr>
        <w:t>：建具（開き戸</w:t>
      </w:r>
      <w:r>
        <w:rPr>
          <w:lang w:eastAsia="ja-JP"/>
        </w:rPr>
        <w:t>→</w:t>
      </w:r>
      <w:r>
        <w:rPr>
          <w:lang w:eastAsia="ja-JP"/>
        </w:rPr>
        <w:t>引き戸）＋開口</w:t>
      </w:r>
      <w:r>
        <w:rPr>
          <w:lang w:eastAsia="ja-JP"/>
        </w:rPr>
        <w:t>/</w:t>
      </w:r>
      <w:r>
        <w:rPr>
          <w:lang w:eastAsia="ja-JP"/>
        </w:rPr>
        <w:t>通路の改善</w:t>
      </w:r>
    </w:p>
    <w:p w14:paraId="278407A0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お世話になります。下記のバリアフリー改修について、現地調査のうえ見積をお願いします。</w:t>
      </w:r>
    </w:p>
    <w:p w14:paraId="0F253E00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【対象】トイレ</w:t>
      </w:r>
      <w:r>
        <w:rPr>
          <w:lang w:eastAsia="ja-JP"/>
        </w:rPr>
        <w:t>/</w:t>
      </w:r>
      <w:r>
        <w:rPr>
          <w:lang w:eastAsia="ja-JP"/>
        </w:rPr>
        <w:t>脱衣室などの開き戸を、引き戸へ変更したいです。段差ゼロを優先するため上吊り引き戸を希望します。</w:t>
      </w:r>
    </w:p>
    <w:p w14:paraId="22C8344F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【確認してほしいこと】</w:t>
      </w:r>
    </w:p>
    <w:p w14:paraId="758B77EA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・通りやすい開口の確保（車いす</w:t>
      </w:r>
      <w:r>
        <w:rPr>
          <w:lang w:eastAsia="ja-JP"/>
        </w:rPr>
        <w:t>/</w:t>
      </w:r>
      <w:r>
        <w:rPr>
          <w:lang w:eastAsia="ja-JP"/>
        </w:rPr>
        <w:t>歩行器がある場合は目標寸法も相談）と、引き戸にできるか（壁の中に戸が収まるか等）の可否</w:t>
      </w:r>
    </w:p>
    <w:p w14:paraId="02843536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・スイッチ</w:t>
      </w:r>
      <w:r>
        <w:rPr>
          <w:lang w:eastAsia="ja-JP"/>
        </w:rPr>
        <w:t>/</w:t>
      </w:r>
      <w:r>
        <w:rPr>
          <w:lang w:eastAsia="ja-JP"/>
        </w:rPr>
        <w:t>コンセント等の干渉、枠交換の範囲、壁補修・クロス補修の範囲</w:t>
      </w:r>
    </w:p>
    <w:p w14:paraId="24FA0CFE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【見積に明記してほしいこと】</w:t>
      </w:r>
    </w:p>
    <w:p w14:paraId="27D144D8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・建具方式（段差をなくしたい場合は上吊り等も含めて提案）、品番、把手形状、ソフトクローズ等の仕様</w:t>
      </w:r>
    </w:p>
    <w:p w14:paraId="224AD169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・関連工事（床見切り、巾木、壁補修）の範囲</w:t>
      </w:r>
    </w:p>
    <w:p w14:paraId="2B5072CD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・工事保証（書面）、追加費用条件（下地腐食等）</w:t>
      </w:r>
    </w:p>
    <w:p w14:paraId="4BE73886" w14:textId="77777777" w:rsidR="00A540D2" w:rsidRDefault="00A540D2" w:rsidP="004F7825">
      <w:pPr>
        <w:spacing w:after="0" w:line="320" w:lineRule="exact"/>
        <w:rPr>
          <w:rFonts w:hint="eastAsia"/>
          <w:lang w:eastAsia="ja-JP"/>
        </w:rPr>
      </w:pPr>
    </w:p>
    <w:p w14:paraId="4850EB27" w14:textId="77777777" w:rsidR="00313F25" w:rsidRDefault="00C27224" w:rsidP="004F7825">
      <w:pPr>
        <w:pStyle w:val="21"/>
        <w:spacing w:before="0" w:line="320" w:lineRule="exact"/>
        <w:rPr>
          <w:lang w:eastAsia="ja-JP"/>
        </w:rPr>
      </w:pPr>
      <w:r>
        <w:rPr>
          <w:lang w:eastAsia="ja-JP"/>
        </w:rPr>
        <w:t>テンプレ</w:t>
      </w:r>
      <w:r>
        <w:rPr>
          <w:lang w:eastAsia="ja-JP"/>
        </w:rPr>
        <w:t>③</w:t>
      </w:r>
      <w:r>
        <w:rPr>
          <w:lang w:eastAsia="ja-JP"/>
        </w:rPr>
        <w:t>：階段対策（手すり・滑り止め・昇降機）</w:t>
      </w:r>
    </w:p>
    <w:p w14:paraId="635A1859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お世話になります。階段のバリアフリー対策について、現地調査のうえ見積をお願いします。</w:t>
      </w:r>
    </w:p>
    <w:p w14:paraId="1264FEBA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【希望工事】</w:t>
      </w:r>
    </w:p>
    <w:p w14:paraId="478CEABB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 xml:space="preserve">1) </w:t>
      </w:r>
      <w:r>
        <w:rPr>
          <w:lang w:eastAsia="ja-JP"/>
        </w:rPr>
        <w:t>階段手すり：片側</w:t>
      </w:r>
      <w:r>
        <w:rPr>
          <w:lang w:eastAsia="ja-JP"/>
        </w:rPr>
        <w:t>/</w:t>
      </w:r>
      <w:r>
        <w:rPr>
          <w:lang w:eastAsia="ja-JP"/>
        </w:rPr>
        <w:t xml:space="preserve">両側（希望：＿＿）　</w:t>
      </w:r>
      <w:r>
        <w:rPr>
          <w:lang w:eastAsia="ja-JP"/>
        </w:rPr>
        <w:t xml:space="preserve">2) </w:t>
      </w:r>
      <w:r>
        <w:rPr>
          <w:lang w:eastAsia="ja-JP"/>
        </w:rPr>
        <w:t xml:space="preserve">段鼻滑り止め　</w:t>
      </w:r>
      <w:r>
        <w:rPr>
          <w:lang w:eastAsia="ja-JP"/>
        </w:rPr>
        <w:t xml:space="preserve">3) </w:t>
      </w:r>
      <w:r>
        <w:rPr>
          <w:lang w:eastAsia="ja-JP"/>
        </w:rPr>
        <w:t>階段</w:t>
      </w:r>
      <w:r>
        <w:rPr>
          <w:lang w:eastAsia="ja-JP"/>
        </w:rPr>
        <w:t>/</w:t>
      </w:r>
      <w:r>
        <w:rPr>
          <w:lang w:eastAsia="ja-JP"/>
        </w:rPr>
        <w:t>廊下の照明強化</w:t>
      </w:r>
    </w:p>
    <w:p w14:paraId="0415D484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（該当する場合）いす式階段昇降機を検討しています。直線</w:t>
      </w:r>
      <w:r>
        <w:rPr>
          <w:lang w:eastAsia="ja-JP"/>
        </w:rPr>
        <w:t>/</w:t>
      </w:r>
      <w:r>
        <w:rPr>
          <w:lang w:eastAsia="ja-JP"/>
        </w:rPr>
        <w:t>曲線の可否、階段幅、停止位置、電源位置を確認のうえ提案してください。</w:t>
      </w:r>
    </w:p>
    <w:p w14:paraId="5486717E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【見積に明記してほしいこと】</w:t>
      </w:r>
    </w:p>
    <w:p w14:paraId="44BCC8B0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・施工条件（搬入経路、養生、作業時間帯）と工期</w:t>
      </w:r>
    </w:p>
    <w:p w14:paraId="196BE095" w14:textId="77777777" w:rsidR="00313F25" w:rsidRDefault="00C27224" w:rsidP="004F7825">
      <w:pPr>
        <w:spacing w:after="0" w:line="320" w:lineRule="exact"/>
        <w:rPr>
          <w:lang w:eastAsia="ja-JP"/>
        </w:rPr>
      </w:pPr>
      <w:r>
        <w:rPr>
          <w:lang w:eastAsia="ja-JP"/>
        </w:rPr>
        <w:t>・機器の場合：機種・保証・保守費用（メンテ契約の有無）</w:t>
      </w:r>
    </w:p>
    <w:p w14:paraId="6B4D1349" w14:textId="77777777" w:rsidR="004F7825" w:rsidRDefault="004F7825" w:rsidP="004F7825">
      <w:pPr>
        <w:spacing w:after="0" w:line="320" w:lineRule="exact"/>
        <w:rPr>
          <w:lang w:eastAsia="ja-JP"/>
        </w:rPr>
      </w:pPr>
    </w:p>
    <w:p w14:paraId="5A936308" w14:textId="29EE66F5" w:rsidR="00313F25" w:rsidRDefault="004F7825" w:rsidP="004F7825">
      <w:pPr>
        <w:spacing w:after="0" w:line="320" w:lineRule="exact"/>
        <w:rPr>
          <w:lang w:eastAsia="ja-JP"/>
        </w:rPr>
      </w:pPr>
      <w:r>
        <w:rPr>
          <w:rFonts w:hint="eastAsia"/>
          <w:lang w:eastAsia="ja-JP"/>
        </w:rPr>
        <w:t>※</w:t>
      </w:r>
      <w:r>
        <w:rPr>
          <w:lang w:eastAsia="ja-JP"/>
        </w:rPr>
        <w:t>可能であれば</w:t>
      </w:r>
      <w:r>
        <w:rPr>
          <w:lang w:eastAsia="ja-JP"/>
        </w:rPr>
        <w:t xml:space="preserve"> A.</w:t>
      </w:r>
      <w:r>
        <w:rPr>
          <w:lang w:eastAsia="ja-JP"/>
        </w:rPr>
        <w:t>要望事項整理表（</w:t>
      </w:r>
      <w:r>
        <w:rPr>
          <w:lang w:eastAsia="ja-JP"/>
        </w:rPr>
        <w:t>Excel</w:t>
      </w:r>
      <w:r>
        <w:rPr>
          <w:lang w:eastAsia="ja-JP"/>
        </w:rPr>
        <w:t>）を添付します。</w:t>
      </w:r>
    </w:p>
    <w:p w14:paraId="0D253A5D" w14:textId="0D8B73A8" w:rsidR="00313F25" w:rsidRPr="00C85CE0" w:rsidRDefault="00C27224" w:rsidP="00C85CE0">
      <w:pPr>
        <w:spacing w:after="0" w:line="320" w:lineRule="exact"/>
        <w:rPr>
          <w:rFonts w:hint="eastAsia"/>
          <w:lang w:eastAsia="ja-JP"/>
        </w:rPr>
      </w:pPr>
      <w:r>
        <w:rPr>
          <w:lang w:eastAsia="ja-JP"/>
        </w:rPr>
        <w:t>※</w:t>
      </w:r>
      <w:r>
        <w:rPr>
          <w:lang w:eastAsia="ja-JP"/>
        </w:rPr>
        <w:t>マンションは管理規約と工事申請条件（時間・養生）を最初に共有すると手戻りが減ります。</w:t>
      </w:r>
    </w:p>
    <w:sectPr w:rsidR="00313F25" w:rsidRPr="00C85CE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40CD2" w14:textId="77777777" w:rsidR="00C27224" w:rsidRDefault="00C27224" w:rsidP="003B7F6B">
      <w:pPr>
        <w:spacing w:after="0" w:line="240" w:lineRule="auto"/>
      </w:pPr>
      <w:r>
        <w:separator/>
      </w:r>
    </w:p>
  </w:endnote>
  <w:endnote w:type="continuationSeparator" w:id="0">
    <w:p w14:paraId="726638C5" w14:textId="77777777" w:rsidR="00C27224" w:rsidRDefault="00C27224" w:rsidP="003B7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EBC63" w14:textId="77777777" w:rsidR="00C27224" w:rsidRDefault="00C27224" w:rsidP="003B7F6B">
      <w:pPr>
        <w:spacing w:after="0" w:line="240" w:lineRule="auto"/>
      </w:pPr>
      <w:r>
        <w:separator/>
      </w:r>
    </w:p>
  </w:footnote>
  <w:footnote w:type="continuationSeparator" w:id="0">
    <w:p w14:paraId="1AFB8E96" w14:textId="77777777" w:rsidR="00C27224" w:rsidRDefault="00C27224" w:rsidP="003B7F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7120038">
    <w:abstractNumId w:val="8"/>
  </w:num>
  <w:num w:numId="2" w16cid:durableId="1101296875">
    <w:abstractNumId w:val="6"/>
  </w:num>
  <w:num w:numId="3" w16cid:durableId="1054237606">
    <w:abstractNumId w:val="5"/>
  </w:num>
  <w:num w:numId="4" w16cid:durableId="268584393">
    <w:abstractNumId w:val="4"/>
  </w:num>
  <w:num w:numId="5" w16cid:durableId="970018280">
    <w:abstractNumId w:val="7"/>
  </w:num>
  <w:num w:numId="6" w16cid:durableId="122114842">
    <w:abstractNumId w:val="3"/>
  </w:num>
  <w:num w:numId="7" w16cid:durableId="1038815253">
    <w:abstractNumId w:val="2"/>
  </w:num>
  <w:num w:numId="8" w16cid:durableId="1855879210">
    <w:abstractNumId w:val="1"/>
  </w:num>
  <w:num w:numId="9" w16cid:durableId="367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3F25"/>
    <w:rsid w:val="00326F90"/>
    <w:rsid w:val="003B7F6B"/>
    <w:rsid w:val="004F7825"/>
    <w:rsid w:val="00A540D2"/>
    <w:rsid w:val="00AA1D8D"/>
    <w:rsid w:val="00B47730"/>
    <w:rsid w:val="00BD2FF6"/>
    <w:rsid w:val="00C27224"/>
    <w:rsid w:val="00C85CE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062061"/>
  <w14:defaultImageDpi w14:val="300"/>
  <w15:docId w15:val="{98C125D1-AED4-4C1A-9FD6-D773930A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708</Words>
  <Characters>708</Characters>
  <Application>Microsoft Office Word</Application>
  <DocSecurity>0</DocSecurity>
  <Lines>30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富田 隆志（Takashi TOMITA）</cp:lastModifiedBy>
  <cp:revision>5</cp:revision>
  <dcterms:created xsi:type="dcterms:W3CDTF">2013-12-23T23:15:00Z</dcterms:created>
  <dcterms:modified xsi:type="dcterms:W3CDTF">2026-02-26T04:43:00Z</dcterms:modified>
  <cp:category/>
</cp:coreProperties>
</file>