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F91A6" w14:textId="77777777" w:rsidR="004B7D1A" w:rsidRDefault="005D3B55" w:rsidP="00770D3A">
      <w:pPr>
        <w:pStyle w:val="1"/>
        <w:spacing w:before="0" w:line="320" w:lineRule="exact"/>
        <w:rPr>
          <w:lang w:eastAsia="ja-JP"/>
        </w:rPr>
      </w:pPr>
      <w:r>
        <w:rPr>
          <w:lang w:eastAsia="ja-JP"/>
        </w:rPr>
        <w:t xml:space="preserve">B. </w:t>
      </w:r>
      <w:r>
        <w:rPr>
          <w:lang w:eastAsia="ja-JP"/>
        </w:rPr>
        <w:t>見積依頼文テンプレ（屋根：工種別）</w:t>
      </w:r>
    </w:p>
    <w:p w14:paraId="1100CF45" w14:textId="77777777" w:rsidR="002E1D8F" w:rsidRDefault="002E1D8F" w:rsidP="00770D3A">
      <w:pPr>
        <w:spacing w:after="0" w:line="320" w:lineRule="exact"/>
        <w:rPr>
          <w:lang w:eastAsia="ja-JP"/>
        </w:rPr>
      </w:pPr>
    </w:p>
    <w:p w14:paraId="37F83DAB" w14:textId="246632D5" w:rsidR="002E1D8F" w:rsidRPr="00AE0558" w:rsidRDefault="002E1D8F" w:rsidP="002E1D8F">
      <w:pPr>
        <w:spacing w:after="0" w:line="320" w:lineRule="exact"/>
        <w:rPr>
          <w:rFonts w:hint="eastAsia"/>
          <w:sz w:val="24"/>
          <w:szCs w:val="24"/>
          <w:lang w:eastAsia="ja-JP"/>
        </w:rPr>
      </w:pPr>
      <w:r w:rsidRPr="00AE0558">
        <w:rPr>
          <w:rFonts w:hint="eastAsia"/>
          <w:sz w:val="24"/>
          <w:szCs w:val="24"/>
          <w:lang w:eastAsia="ja-JP"/>
        </w:rPr>
        <w:t>【現地調査のお願い】</w:t>
      </w:r>
    </w:p>
    <w:p w14:paraId="49629699" w14:textId="77777777" w:rsidR="002E1D8F" w:rsidRPr="00AE0558" w:rsidRDefault="002E1D8F" w:rsidP="002E1D8F">
      <w:pPr>
        <w:spacing w:after="0" w:line="320" w:lineRule="exact"/>
        <w:rPr>
          <w:sz w:val="24"/>
          <w:szCs w:val="24"/>
          <w:lang w:eastAsia="ja-JP"/>
        </w:rPr>
      </w:pPr>
      <w:r w:rsidRPr="00AE0558">
        <w:rPr>
          <w:rFonts w:hint="eastAsia"/>
          <w:sz w:val="24"/>
          <w:szCs w:val="24"/>
          <w:lang w:eastAsia="ja-JP"/>
        </w:rPr>
        <w:t>・現地調査の候補日：</w:t>
      </w:r>
      <w:r w:rsidRPr="00AE0558">
        <w:rPr>
          <w:sz w:val="24"/>
          <w:szCs w:val="24"/>
          <w:lang w:eastAsia="ja-JP"/>
        </w:rPr>
        <w:t>{</w:t>
      </w:r>
      <w:r w:rsidRPr="00AE0558">
        <w:rPr>
          <w:rFonts w:hint="eastAsia"/>
          <w:sz w:val="24"/>
          <w:szCs w:val="24"/>
          <w:lang w:eastAsia="ja-JP"/>
        </w:rPr>
        <w:t>候補日</w:t>
      </w:r>
      <w:r w:rsidRPr="00AE0558">
        <w:rPr>
          <w:sz w:val="24"/>
          <w:szCs w:val="24"/>
          <w:lang w:eastAsia="ja-JP"/>
        </w:rPr>
        <w:t>}</w:t>
      </w:r>
      <w:r w:rsidRPr="00AE0558">
        <w:rPr>
          <w:rFonts w:hint="eastAsia"/>
          <w:sz w:val="24"/>
          <w:szCs w:val="24"/>
          <w:lang w:eastAsia="ja-JP"/>
        </w:rPr>
        <w:t>（所要：概ね</w:t>
      </w:r>
      <w:r w:rsidRPr="00AE0558">
        <w:rPr>
          <w:sz w:val="24"/>
          <w:szCs w:val="24"/>
          <w:lang w:eastAsia="ja-JP"/>
        </w:rPr>
        <w:t>60</w:t>
      </w:r>
      <w:r w:rsidRPr="00AE0558">
        <w:rPr>
          <w:rFonts w:hint="eastAsia"/>
          <w:sz w:val="24"/>
          <w:szCs w:val="24"/>
          <w:lang w:eastAsia="ja-JP"/>
        </w:rPr>
        <w:t>〜</w:t>
      </w:r>
      <w:r w:rsidRPr="00AE0558">
        <w:rPr>
          <w:sz w:val="24"/>
          <w:szCs w:val="24"/>
          <w:lang w:eastAsia="ja-JP"/>
        </w:rPr>
        <w:t>90</w:t>
      </w:r>
      <w:r w:rsidRPr="00AE0558">
        <w:rPr>
          <w:rFonts w:hint="eastAsia"/>
          <w:sz w:val="24"/>
          <w:szCs w:val="24"/>
          <w:lang w:eastAsia="ja-JP"/>
        </w:rPr>
        <w:t>分）</w:t>
      </w:r>
    </w:p>
    <w:p w14:paraId="16BDDE11" w14:textId="77777777" w:rsidR="002E1D8F" w:rsidRPr="00AE0558" w:rsidRDefault="002E1D8F" w:rsidP="002E1D8F">
      <w:pPr>
        <w:spacing w:after="0" w:line="320" w:lineRule="exact"/>
        <w:rPr>
          <w:rFonts w:hint="eastAsia"/>
          <w:sz w:val="24"/>
          <w:szCs w:val="24"/>
          <w:lang w:eastAsia="ja-JP"/>
        </w:rPr>
      </w:pPr>
      <w:r w:rsidRPr="00AE0558">
        <w:rPr>
          <w:rFonts w:hint="eastAsia"/>
          <w:sz w:val="24"/>
          <w:szCs w:val="24"/>
          <w:lang w:eastAsia="ja-JP"/>
        </w:rPr>
        <w:t>・見積提出希望日：</w:t>
      </w:r>
      <w:r w:rsidRPr="00AE0558">
        <w:rPr>
          <w:rFonts w:hint="eastAsia"/>
          <w:sz w:val="24"/>
          <w:szCs w:val="24"/>
          <w:lang w:eastAsia="ja-JP"/>
        </w:rPr>
        <w:t>{</w:t>
      </w:r>
      <w:r w:rsidRPr="00AE0558">
        <w:rPr>
          <w:rFonts w:hint="eastAsia"/>
          <w:sz w:val="24"/>
          <w:szCs w:val="24"/>
          <w:lang w:eastAsia="ja-JP"/>
        </w:rPr>
        <w:t>提出希望日</w:t>
      </w:r>
      <w:r w:rsidRPr="00AE0558">
        <w:rPr>
          <w:rFonts w:hint="eastAsia"/>
          <w:sz w:val="24"/>
          <w:szCs w:val="24"/>
          <w:lang w:eastAsia="ja-JP"/>
        </w:rPr>
        <w:t>}</w:t>
      </w:r>
      <w:r w:rsidRPr="00AE0558">
        <w:rPr>
          <w:rFonts w:hint="eastAsia"/>
          <w:sz w:val="24"/>
          <w:szCs w:val="24"/>
          <w:lang w:eastAsia="ja-JP"/>
        </w:rPr>
        <w:t>（難しい場合は目安日をご提示ください）</w:t>
      </w:r>
    </w:p>
    <w:p w14:paraId="0CFCE8F4" w14:textId="77777777" w:rsidR="002E1D8F" w:rsidRPr="00AE0558" w:rsidRDefault="002E1D8F" w:rsidP="002E1D8F">
      <w:pPr>
        <w:spacing w:after="0" w:line="320" w:lineRule="exact"/>
        <w:rPr>
          <w:rFonts w:hint="eastAsia"/>
          <w:sz w:val="24"/>
          <w:szCs w:val="24"/>
          <w:lang w:eastAsia="ja-JP"/>
        </w:rPr>
      </w:pPr>
      <w:r w:rsidRPr="00AE0558">
        <w:rPr>
          <w:rFonts w:hint="eastAsia"/>
          <w:sz w:val="24"/>
          <w:szCs w:val="24"/>
          <w:lang w:eastAsia="ja-JP"/>
        </w:rPr>
        <w:t>・比較しやすいよう、見積はできるだけ内訳（材料・数量・工程）が分かる形でお願いします。</w:t>
      </w:r>
    </w:p>
    <w:p w14:paraId="5D8183A6" w14:textId="77777777" w:rsidR="002E1D8F" w:rsidRPr="00AE0558" w:rsidRDefault="002E1D8F" w:rsidP="002E1D8F">
      <w:pPr>
        <w:spacing w:after="0" w:line="320" w:lineRule="exact"/>
        <w:rPr>
          <w:rFonts w:hint="eastAsia"/>
          <w:sz w:val="24"/>
          <w:szCs w:val="24"/>
          <w:lang w:eastAsia="ja-JP"/>
        </w:rPr>
      </w:pPr>
      <w:r w:rsidRPr="00AE0558">
        <w:rPr>
          <w:rFonts w:hint="eastAsia"/>
          <w:sz w:val="24"/>
          <w:szCs w:val="24"/>
          <w:lang w:eastAsia="ja-JP"/>
        </w:rPr>
        <w:t>・連絡先：</w:t>
      </w:r>
      <w:r w:rsidRPr="00AE0558">
        <w:rPr>
          <w:rFonts w:hint="eastAsia"/>
          <w:sz w:val="24"/>
          <w:szCs w:val="24"/>
          <w:lang w:eastAsia="ja-JP"/>
        </w:rPr>
        <w:t>{</w:t>
      </w:r>
      <w:r w:rsidRPr="00AE0558">
        <w:rPr>
          <w:rFonts w:hint="eastAsia"/>
          <w:sz w:val="24"/>
          <w:szCs w:val="24"/>
          <w:lang w:eastAsia="ja-JP"/>
        </w:rPr>
        <w:t>連絡先</w:t>
      </w:r>
      <w:r w:rsidRPr="00AE0558">
        <w:rPr>
          <w:rFonts w:hint="eastAsia"/>
          <w:sz w:val="24"/>
          <w:szCs w:val="24"/>
          <w:lang w:eastAsia="ja-JP"/>
        </w:rPr>
        <w:t>}</w:t>
      </w:r>
      <w:r w:rsidRPr="00AE0558">
        <w:rPr>
          <w:rFonts w:hint="eastAsia"/>
          <w:sz w:val="24"/>
          <w:szCs w:val="24"/>
          <w:lang w:eastAsia="ja-JP"/>
        </w:rPr>
        <w:t>（メール可）</w:t>
      </w:r>
    </w:p>
    <w:p w14:paraId="73D6DF1C" w14:textId="77777777" w:rsidR="002E1D8F" w:rsidRDefault="002E1D8F" w:rsidP="00770D3A">
      <w:pPr>
        <w:spacing w:after="0" w:line="320" w:lineRule="exact"/>
        <w:rPr>
          <w:rFonts w:hint="eastAsia"/>
          <w:lang w:eastAsia="ja-JP"/>
        </w:rPr>
      </w:pPr>
    </w:p>
    <w:p w14:paraId="2765FEF3" w14:textId="77777777" w:rsidR="004B7D1A" w:rsidRDefault="005D3B55" w:rsidP="00770D3A">
      <w:pPr>
        <w:pStyle w:val="21"/>
        <w:spacing w:before="0" w:line="320" w:lineRule="exact"/>
      </w:pPr>
      <w:proofErr w:type="spellStart"/>
      <w:r>
        <w:t>屋根塗装</w:t>
      </w:r>
      <w:proofErr w:type="spellEnd"/>
    </w:p>
    <w:p w14:paraId="0EF27849" w14:textId="77777777" w:rsidR="004B7D1A" w:rsidRDefault="005D3B55" w:rsidP="00770D3A">
      <w:pPr>
        <w:spacing w:after="0" w:line="320" w:lineRule="exact"/>
      </w:pPr>
      <w:r>
        <w:t>【見積依頼】屋根塗装（塗膜更新）</w:t>
      </w:r>
    </w:p>
    <w:p w14:paraId="06FD515B" w14:textId="77777777" w:rsidR="004B7D1A" w:rsidRDefault="004B7D1A" w:rsidP="00770D3A">
      <w:pPr>
        <w:spacing w:after="0" w:line="320" w:lineRule="exact"/>
      </w:pPr>
    </w:p>
    <w:p w14:paraId="3F26B273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建物情報</w:t>
      </w:r>
    </w:p>
    <w:p w14:paraId="4A98CDED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・建物種別：</w:t>
      </w:r>
      <w:r>
        <w:rPr>
          <w:lang w:eastAsia="ja-JP"/>
        </w:rPr>
        <w:t>{</w:t>
      </w:r>
      <w:r>
        <w:rPr>
          <w:lang w:eastAsia="ja-JP"/>
        </w:rPr>
        <w:t>建物種別</w:t>
      </w:r>
      <w:r>
        <w:rPr>
          <w:lang w:eastAsia="ja-JP"/>
        </w:rPr>
        <w:t>}</w:t>
      </w:r>
    </w:p>
    <w:p w14:paraId="6320E95E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・築年数：</w:t>
      </w:r>
      <w:r>
        <w:rPr>
          <w:lang w:eastAsia="ja-JP"/>
        </w:rPr>
        <w:t>{</w:t>
      </w:r>
      <w:r>
        <w:rPr>
          <w:lang w:eastAsia="ja-JP"/>
        </w:rPr>
        <w:t>築年数</w:t>
      </w:r>
      <w:r>
        <w:rPr>
          <w:lang w:eastAsia="ja-JP"/>
        </w:rPr>
        <w:t>}</w:t>
      </w:r>
    </w:p>
    <w:p w14:paraId="00A5A70D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・階数：</w:t>
      </w:r>
      <w:r>
        <w:rPr>
          <w:lang w:eastAsia="ja-JP"/>
        </w:rPr>
        <w:t>{</w:t>
      </w:r>
      <w:r>
        <w:rPr>
          <w:lang w:eastAsia="ja-JP"/>
        </w:rPr>
        <w:t>階数</w:t>
      </w:r>
      <w:r>
        <w:rPr>
          <w:lang w:eastAsia="ja-JP"/>
        </w:rPr>
        <w:t>}</w:t>
      </w:r>
    </w:p>
    <w:p w14:paraId="6E064069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・所在地：</w:t>
      </w:r>
      <w:r>
        <w:rPr>
          <w:lang w:eastAsia="ja-JP"/>
        </w:rPr>
        <w:t>{</w:t>
      </w:r>
      <w:r>
        <w:rPr>
          <w:lang w:eastAsia="ja-JP"/>
        </w:rPr>
        <w:t>所在地</w:t>
      </w:r>
      <w:r>
        <w:rPr>
          <w:lang w:eastAsia="ja-JP"/>
        </w:rPr>
        <w:t>}</w:t>
      </w:r>
    </w:p>
    <w:p w14:paraId="00E2002C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792D58F2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現状</w:t>
      </w:r>
    </w:p>
    <w:p w14:paraId="5BBA2843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・既存屋根材（分かる範囲）：</w:t>
      </w:r>
      <w:r>
        <w:rPr>
          <w:lang w:eastAsia="ja-JP"/>
        </w:rPr>
        <w:t>{</w:t>
      </w:r>
      <w:r>
        <w:rPr>
          <w:lang w:eastAsia="ja-JP"/>
        </w:rPr>
        <w:t>既存屋根材</w:t>
      </w:r>
      <w:r>
        <w:rPr>
          <w:lang w:eastAsia="ja-JP"/>
        </w:rPr>
        <w:t>}</w:t>
      </w:r>
    </w:p>
    <w:p w14:paraId="0FA76A62" w14:textId="0FA3EA3B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・症状：</w:t>
      </w:r>
      <w:r>
        <w:rPr>
          <w:lang w:eastAsia="ja-JP"/>
        </w:rPr>
        <w:t>{</w:t>
      </w:r>
      <w:r>
        <w:rPr>
          <w:lang w:eastAsia="ja-JP"/>
        </w:rPr>
        <w:t>（雨漏り</w:t>
      </w:r>
      <w:r>
        <w:rPr>
          <w:lang w:eastAsia="ja-JP"/>
        </w:rPr>
        <w:t>/</w:t>
      </w:r>
      <w:r>
        <w:rPr>
          <w:lang w:eastAsia="ja-JP"/>
        </w:rPr>
        <w:t>割れ</w:t>
      </w:r>
      <w:r>
        <w:rPr>
          <w:lang w:eastAsia="ja-JP"/>
        </w:rPr>
        <w:t>/</w:t>
      </w:r>
      <w:r>
        <w:rPr>
          <w:lang w:eastAsia="ja-JP"/>
        </w:rPr>
        <w:t>コケ</w:t>
      </w:r>
      <w:r>
        <w:rPr>
          <w:lang w:eastAsia="ja-JP"/>
        </w:rPr>
        <w:t>/</w:t>
      </w:r>
      <w:r>
        <w:rPr>
          <w:lang w:eastAsia="ja-JP"/>
        </w:rPr>
        <w:t>板金浮き等）</w:t>
      </w:r>
      <w:r>
        <w:rPr>
          <w:lang w:eastAsia="ja-JP"/>
        </w:rPr>
        <w:t>}</w:t>
      </w:r>
    </w:p>
    <w:p w14:paraId="24A8F57D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00DE859F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希望内容</w:t>
      </w:r>
    </w:p>
    <w:p w14:paraId="73B8C3A1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・屋根塗装（下塗り・中塗り・上塗り）一式の見積をお願いします。</w:t>
      </w:r>
    </w:p>
    <w:p w14:paraId="1235F167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・下地処理（高圧洗浄、ひび割れ補修、縁切り等）の内容と数量が分かるように記載してください。</w:t>
      </w:r>
    </w:p>
    <w:p w14:paraId="3A7AA973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・足場費用の範囲（屋根のみ</w:t>
      </w:r>
      <w:r>
        <w:rPr>
          <w:lang w:eastAsia="ja-JP"/>
        </w:rPr>
        <w:t>/</w:t>
      </w:r>
      <w:r>
        <w:rPr>
          <w:lang w:eastAsia="ja-JP"/>
        </w:rPr>
        <w:t>外壁も含む等）を記載してください。</w:t>
      </w:r>
    </w:p>
    <w:p w14:paraId="0EC380FD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7D382613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仕様の希望（分かる範囲で</w:t>
      </w:r>
      <w:r>
        <w:rPr>
          <w:lang w:eastAsia="ja-JP"/>
        </w:rPr>
        <w:t>OK</w:t>
      </w:r>
      <w:r>
        <w:rPr>
          <w:lang w:eastAsia="ja-JP"/>
        </w:rPr>
        <w:t>／未定は提案希望で</w:t>
      </w:r>
      <w:r>
        <w:rPr>
          <w:lang w:eastAsia="ja-JP"/>
        </w:rPr>
        <w:t>OK</w:t>
      </w:r>
      <w:r>
        <w:rPr>
          <w:lang w:eastAsia="ja-JP"/>
        </w:rPr>
        <w:t>）</w:t>
      </w:r>
    </w:p>
    <w:p w14:paraId="37C9D0EA" w14:textId="77777777" w:rsidR="00B149BF" w:rsidRDefault="005D3B55">
      <w:pPr>
        <w:rPr>
          <w:lang w:eastAsia="ja-JP"/>
        </w:rPr>
      </w:pPr>
      <w:r>
        <w:rPr>
          <w:lang w:eastAsia="ja-JP"/>
        </w:rPr>
        <w:t>・希望メーカー／商品名（分かる範囲で）：</w:t>
      </w:r>
      <w:r>
        <w:rPr>
          <w:lang w:eastAsia="ja-JP"/>
        </w:rPr>
        <w:t>{</w:t>
      </w:r>
      <w:r>
        <w:rPr>
          <w:lang w:eastAsia="ja-JP"/>
        </w:rPr>
        <w:t>希望メーカー・商品名</w:t>
      </w:r>
      <w:r>
        <w:rPr>
          <w:lang w:eastAsia="ja-JP"/>
        </w:rPr>
        <w:t>}</w:t>
      </w:r>
      <w:r>
        <w:rPr>
          <w:lang w:eastAsia="ja-JP"/>
        </w:rPr>
        <w:t>（未定なら「標準</w:t>
      </w:r>
      <w:r>
        <w:rPr>
          <w:lang w:eastAsia="ja-JP"/>
        </w:rPr>
        <w:t>/</w:t>
      </w:r>
      <w:r>
        <w:rPr>
          <w:lang w:eastAsia="ja-JP"/>
        </w:rPr>
        <w:t>長持ちの</w:t>
      </w:r>
      <w:r>
        <w:rPr>
          <w:lang w:eastAsia="ja-JP"/>
        </w:rPr>
        <w:t>2</w:t>
      </w:r>
      <w:r>
        <w:rPr>
          <w:lang w:eastAsia="ja-JP"/>
        </w:rPr>
        <w:t>案で提案希望」で</w:t>
      </w:r>
      <w:r>
        <w:rPr>
          <w:lang w:eastAsia="ja-JP"/>
        </w:rPr>
        <w:t>OK</w:t>
      </w:r>
      <w:r>
        <w:rPr>
          <w:lang w:eastAsia="ja-JP"/>
        </w:rPr>
        <w:t>）</w:t>
      </w:r>
    </w:p>
    <w:p w14:paraId="5460723B" w14:textId="77777777" w:rsidR="00B149BF" w:rsidRDefault="005D3B55">
      <w:pPr>
        <w:rPr>
          <w:lang w:eastAsia="ja-JP"/>
        </w:rPr>
      </w:pPr>
      <w:r>
        <w:rPr>
          <w:lang w:eastAsia="ja-JP"/>
        </w:rPr>
        <w:t>・耐久性の希望：</w:t>
      </w:r>
      <w:r>
        <w:rPr>
          <w:lang w:eastAsia="ja-JP"/>
        </w:rPr>
        <w:t>{</w:t>
      </w:r>
      <w:r>
        <w:rPr>
          <w:lang w:eastAsia="ja-JP"/>
        </w:rPr>
        <w:t>できるだけ長持ち／標準で</w:t>
      </w:r>
      <w:r>
        <w:rPr>
          <w:lang w:eastAsia="ja-JP"/>
        </w:rPr>
        <w:t>OK</w:t>
      </w:r>
      <w:r>
        <w:rPr>
          <w:lang w:eastAsia="ja-JP"/>
        </w:rPr>
        <w:t>／コスパ重視</w:t>
      </w:r>
      <w:r>
        <w:rPr>
          <w:lang w:eastAsia="ja-JP"/>
        </w:rPr>
        <w:t>}</w:t>
      </w:r>
    </w:p>
    <w:p w14:paraId="6E19A1A2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・塗料グレード：シリコン</w:t>
      </w:r>
      <w:r>
        <w:rPr>
          <w:lang w:eastAsia="ja-JP"/>
        </w:rPr>
        <w:t>/</w:t>
      </w:r>
      <w:r>
        <w:rPr>
          <w:lang w:eastAsia="ja-JP"/>
        </w:rPr>
        <w:t>フッ素</w:t>
      </w:r>
      <w:r>
        <w:rPr>
          <w:lang w:eastAsia="ja-JP"/>
        </w:rPr>
        <w:t>/</w:t>
      </w:r>
      <w:r>
        <w:rPr>
          <w:lang w:eastAsia="ja-JP"/>
        </w:rPr>
        <w:t>無機</w:t>
      </w:r>
      <w:r>
        <w:rPr>
          <w:lang w:eastAsia="ja-JP"/>
        </w:rPr>
        <w:t xml:space="preserve"> </w:t>
      </w:r>
      <w:r>
        <w:rPr>
          <w:lang w:eastAsia="ja-JP"/>
        </w:rPr>
        <w:t>など提案可（耐久優先度：</w:t>
      </w:r>
      <w:r>
        <w:rPr>
          <w:lang w:eastAsia="ja-JP"/>
        </w:rPr>
        <w:t>{</w:t>
      </w:r>
      <w:r>
        <w:rPr>
          <w:lang w:eastAsia="ja-JP"/>
        </w:rPr>
        <w:t>優先度</w:t>
      </w:r>
      <w:r>
        <w:rPr>
          <w:lang w:eastAsia="ja-JP"/>
        </w:rPr>
        <w:t>}</w:t>
      </w:r>
      <w:r>
        <w:rPr>
          <w:lang w:eastAsia="ja-JP"/>
        </w:rPr>
        <w:t>）</w:t>
      </w:r>
    </w:p>
    <w:p w14:paraId="685AB212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・色：</w:t>
      </w:r>
      <w:r>
        <w:rPr>
          <w:lang w:eastAsia="ja-JP"/>
        </w:rPr>
        <w:t>{</w:t>
      </w:r>
      <w:r>
        <w:rPr>
          <w:lang w:eastAsia="ja-JP"/>
        </w:rPr>
        <w:t>色</w:t>
      </w:r>
      <w:r>
        <w:rPr>
          <w:lang w:eastAsia="ja-JP"/>
        </w:rPr>
        <w:t>}</w:t>
      </w:r>
    </w:p>
    <w:p w14:paraId="7A6E3DDE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2D78136C" w14:textId="5B5B9DCC" w:rsidR="00AE5F81" w:rsidRDefault="005D3B55" w:rsidP="00770D3A">
      <w:pPr>
        <w:spacing w:after="0" w:line="320" w:lineRule="exact"/>
        <w:rPr>
          <w:rFonts w:hint="eastAsia"/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保証・書類</w:t>
      </w:r>
      <w:r w:rsidR="00AE5F81">
        <w:rPr>
          <w:rFonts w:hint="eastAsia"/>
          <w:lang w:eastAsia="ja-JP"/>
        </w:rPr>
        <w:t>（現地調査後で構いません）</w:t>
      </w:r>
    </w:p>
    <w:p w14:paraId="5F633940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・工事保証（書面）と保証年数を記載してください。</w:t>
      </w:r>
    </w:p>
    <w:p w14:paraId="7C982796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・見積明細は『一式』ではなく、工程・材料が分かる内訳でお願いします。</w:t>
      </w:r>
    </w:p>
    <w:p w14:paraId="74338F70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7912B5E4" w14:textId="77777777" w:rsidR="004B7D1A" w:rsidRDefault="005D3B55" w:rsidP="00770D3A">
      <w:pPr>
        <w:spacing w:after="0" w:line="320" w:lineRule="exact"/>
        <w:rPr>
          <w:sz w:val="20"/>
          <w:lang w:eastAsia="ja-JP"/>
        </w:rPr>
      </w:pPr>
      <w:r>
        <w:rPr>
          <w:lang w:eastAsia="ja-JP"/>
        </w:rPr>
        <w:t>以上、よろしくお願いいたします。</w:t>
      </w:r>
    </w:p>
    <w:p w14:paraId="26410A25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5DD8F5EB" w14:textId="77777777" w:rsidR="004B7D1A" w:rsidRDefault="005D3B55" w:rsidP="00770D3A">
      <w:pPr>
        <w:pStyle w:val="21"/>
        <w:spacing w:before="0" w:line="320" w:lineRule="exact"/>
        <w:rPr>
          <w:lang w:eastAsia="ja-JP"/>
        </w:rPr>
      </w:pPr>
      <w:r>
        <w:rPr>
          <w:lang w:eastAsia="ja-JP"/>
        </w:rPr>
        <w:lastRenderedPageBreak/>
        <w:t>カバー工法</w:t>
      </w:r>
    </w:p>
    <w:p w14:paraId="675F2F94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【見積依頼】屋根カバー工法（重ね葺き）</w:t>
      </w:r>
    </w:p>
    <w:p w14:paraId="49B14098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3007DC6A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建物情報</w:t>
      </w:r>
    </w:p>
    <w:p w14:paraId="389F9624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・建物種別：</w:t>
      </w:r>
      <w:r>
        <w:rPr>
          <w:lang w:eastAsia="ja-JP"/>
        </w:rPr>
        <w:t>{</w:t>
      </w:r>
      <w:r>
        <w:rPr>
          <w:lang w:eastAsia="ja-JP"/>
        </w:rPr>
        <w:t>建物種別</w:t>
      </w:r>
      <w:r>
        <w:rPr>
          <w:lang w:eastAsia="ja-JP"/>
        </w:rPr>
        <w:t>}</w:t>
      </w:r>
    </w:p>
    <w:p w14:paraId="5D4FAF6E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・築年数：</w:t>
      </w:r>
      <w:r>
        <w:rPr>
          <w:lang w:eastAsia="ja-JP"/>
        </w:rPr>
        <w:t>{</w:t>
      </w:r>
      <w:r>
        <w:rPr>
          <w:lang w:eastAsia="ja-JP"/>
        </w:rPr>
        <w:t>築年数</w:t>
      </w:r>
      <w:r>
        <w:rPr>
          <w:lang w:eastAsia="ja-JP"/>
        </w:rPr>
        <w:t>}</w:t>
      </w:r>
    </w:p>
    <w:p w14:paraId="5509EC52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・階数：</w:t>
      </w:r>
      <w:r>
        <w:rPr>
          <w:lang w:eastAsia="ja-JP"/>
        </w:rPr>
        <w:t>{</w:t>
      </w:r>
      <w:r>
        <w:rPr>
          <w:lang w:eastAsia="ja-JP"/>
        </w:rPr>
        <w:t>階数</w:t>
      </w:r>
      <w:r>
        <w:rPr>
          <w:lang w:eastAsia="ja-JP"/>
        </w:rPr>
        <w:t>}</w:t>
      </w:r>
    </w:p>
    <w:p w14:paraId="78BBEC10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・所在地：</w:t>
      </w:r>
      <w:r>
        <w:rPr>
          <w:lang w:eastAsia="ja-JP"/>
        </w:rPr>
        <w:t>{</w:t>
      </w:r>
      <w:r>
        <w:rPr>
          <w:lang w:eastAsia="ja-JP"/>
        </w:rPr>
        <w:t>所在地</w:t>
      </w:r>
      <w:r>
        <w:rPr>
          <w:lang w:eastAsia="ja-JP"/>
        </w:rPr>
        <w:t>}</w:t>
      </w:r>
    </w:p>
    <w:p w14:paraId="5C5C1FB1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5538A922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現状</w:t>
      </w:r>
    </w:p>
    <w:p w14:paraId="79BD6367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・既存屋根材（分かる範囲）：</w:t>
      </w:r>
      <w:r>
        <w:rPr>
          <w:lang w:eastAsia="ja-JP"/>
        </w:rPr>
        <w:t>{</w:t>
      </w:r>
      <w:r>
        <w:rPr>
          <w:lang w:eastAsia="ja-JP"/>
        </w:rPr>
        <w:t>既存屋根材</w:t>
      </w:r>
      <w:r>
        <w:rPr>
          <w:lang w:eastAsia="ja-JP"/>
        </w:rPr>
        <w:t>}</w:t>
      </w:r>
    </w:p>
    <w:p w14:paraId="719B4F64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・症状：</w:t>
      </w:r>
      <w:r>
        <w:rPr>
          <w:lang w:eastAsia="ja-JP"/>
        </w:rPr>
        <w:t>{</w:t>
      </w:r>
      <w:r>
        <w:rPr>
          <w:lang w:eastAsia="ja-JP"/>
        </w:rPr>
        <w:t>症状（雨漏り有無も可能なら）</w:t>
      </w:r>
      <w:r>
        <w:rPr>
          <w:lang w:eastAsia="ja-JP"/>
        </w:rPr>
        <w:t>}</w:t>
      </w:r>
    </w:p>
    <w:p w14:paraId="6E419B99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65FB288D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希望内容</w:t>
      </w:r>
    </w:p>
    <w:p w14:paraId="6F4F9FAF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・既存屋根の上に防水シート（下葺き材）を敷設し、金属屋根材等でカバーする工法の見積をお願いします。</w:t>
      </w:r>
    </w:p>
    <w:p w14:paraId="5CADDD15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・下葺き材は高耐久タイプなど耐久性の高い仕様も含め、提案と単価・グレードが分かる形で記載してください。</w:t>
      </w:r>
    </w:p>
    <w:p w14:paraId="150746AC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・棟板金、ケラバ、谷、雨押えなど板金役物を含め、雨仕舞いまで一式で見積してください。</w:t>
      </w:r>
    </w:p>
    <w:p w14:paraId="532EF85E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・下地（下地板（屋根の下の板））の腐食があった場合の追加条件（増し張り</w:t>
      </w:r>
      <w:r>
        <w:rPr>
          <w:lang w:eastAsia="ja-JP"/>
        </w:rPr>
        <w:t>/</w:t>
      </w:r>
      <w:r>
        <w:rPr>
          <w:lang w:eastAsia="ja-JP"/>
        </w:rPr>
        <w:t>張替えの単価・条件）を記載してください。</w:t>
      </w:r>
    </w:p>
    <w:p w14:paraId="4BFB1DB7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7BAFE113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付帯</w:t>
      </w:r>
    </w:p>
    <w:p w14:paraId="255A8FD0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・雨樋：</w:t>
      </w:r>
      <w:r>
        <w:rPr>
          <w:lang w:eastAsia="ja-JP"/>
        </w:rPr>
        <w:t>{</w:t>
      </w:r>
      <w:r>
        <w:rPr>
          <w:lang w:eastAsia="ja-JP"/>
        </w:rPr>
        <w:t>雨樋（対象</w:t>
      </w:r>
      <w:r>
        <w:rPr>
          <w:lang w:eastAsia="ja-JP"/>
        </w:rPr>
        <w:t>/</w:t>
      </w:r>
      <w:r>
        <w:rPr>
          <w:lang w:eastAsia="ja-JP"/>
        </w:rPr>
        <w:t>対象外）</w:t>
      </w:r>
      <w:r>
        <w:rPr>
          <w:lang w:eastAsia="ja-JP"/>
        </w:rPr>
        <w:t>}</w:t>
      </w:r>
    </w:p>
    <w:p w14:paraId="1E4BE66C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・換気棟：</w:t>
      </w:r>
      <w:r>
        <w:rPr>
          <w:lang w:eastAsia="ja-JP"/>
        </w:rPr>
        <w:t>{</w:t>
      </w:r>
      <w:r>
        <w:rPr>
          <w:lang w:eastAsia="ja-JP"/>
        </w:rPr>
        <w:t>換気棟</w:t>
      </w:r>
      <w:r>
        <w:rPr>
          <w:lang w:eastAsia="ja-JP"/>
        </w:rPr>
        <w:t>}</w:t>
      </w:r>
    </w:p>
    <w:p w14:paraId="60D37820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・雪止め：</w:t>
      </w:r>
      <w:r>
        <w:rPr>
          <w:lang w:eastAsia="ja-JP"/>
        </w:rPr>
        <w:t>{</w:t>
      </w:r>
      <w:r>
        <w:rPr>
          <w:lang w:eastAsia="ja-JP"/>
        </w:rPr>
        <w:t>雪止め</w:t>
      </w:r>
      <w:r>
        <w:rPr>
          <w:lang w:eastAsia="ja-JP"/>
        </w:rPr>
        <w:t>}</w:t>
      </w:r>
    </w:p>
    <w:p w14:paraId="2BB45AFD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・トップライト（天窓）：</w:t>
      </w:r>
      <w:r>
        <w:rPr>
          <w:lang w:eastAsia="ja-JP"/>
        </w:rPr>
        <w:t>{</w:t>
      </w:r>
      <w:r>
        <w:rPr>
          <w:lang w:eastAsia="ja-JP"/>
        </w:rPr>
        <w:t>天窓の有無</w:t>
      </w:r>
      <w:r>
        <w:rPr>
          <w:lang w:eastAsia="ja-JP"/>
        </w:rPr>
        <w:t>}</w:t>
      </w:r>
    </w:p>
    <w:p w14:paraId="41135CF3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1EE1A33B" w14:textId="7150AAAA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保証・書類</w:t>
      </w:r>
      <w:r w:rsidR="00AE5F81">
        <w:rPr>
          <w:rFonts w:hint="eastAsia"/>
          <w:lang w:eastAsia="ja-JP"/>
        </w:rPr>
        <w:t>（現地調査後で構いません）</w:t>
      </w:r>
    </w:p>
    <w:p w14:paraId="513FD6D0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・製品保証と工事保証（書面）の有無、保証年数、保証対象を記載してください。</w:t>
      </w:r>
    </w:p>
    <w:p w14:paraId="1920D53D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・見積明細は内訳が分かる形でお願いします。</w:t>
      </w:r>
    </w:p>
    <w:p w14:paraId="1BA13950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132075BA" w14:textId="77777777" w:rsidR="004B7D1A" w:rsidRDefault="005D3B55" w:rsidP="00770D3A">
      <w:pPr>
        <w:spacing w:after="0" w:line="320" w:lineRule="exact"/>
        <w:rPr>
          <w:sz w:val="20"/>
          <w:lang w:eastAsia="ja-JP"/>
        </w:rPr>
      </w:pPr>
      <w:r>
        <w:rPr>
          <w:lang w:eastAsia="ja-JP"/>
        </w:rPr>
        <w:t>以上、よろしくお願いいたします。</w:t>
      </w:r>
    </w:p>
    <w:p w14:paraId="46744218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47BB5C95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79E502CC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33609329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114EE3CB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0B424D25" w14:textId="77777777" w:rsidR="00AE5F81" w:rsidRDefault="00AE5F81" w:rsidP="00770D3A">
      <w:pPr>
        <w:spacing w:after="0" w:line="320" w:lineRule="exact"/>
        <w:rPr>
          <w:rFonts w:hint="eastAsia"/>
          <w:sz w:val="20"/>
          <w:lang w:eastAsia="ja-JP"/>
        </w:rPr>
      </w:pPr>
    </w:p>
    <w:p w14:paraId="1381A7A1" w14:textId="77777777" w:rsidR="007B23B7" w:rsidRDefault="007B23B7" w:rsidP="00770D3A">
      <w:pPr>
        <w:spacing w:after="0" w:line="320" w:lineRule="exact"/>
        <w:rPr>
          <w:lang w:eastAsia="ja-JP"/>
        </w:rPr>
      </w:pPr>
    </w:p>
    <w:p w14:paraId="5F5114DE" w14:textId="77777777" w:rsidR="004B7D1A" w:rsidRDefault="005D3B55" w:rsidP="00770D3A">
      <w:pPr>
        <w:pStyle w:val="21"/>
        <w:spacing w:before="0" w:line="320" w:lineRule="exact"/>
        <w:rPr>
          <w:lang w:eastAsia="ja-JP"/>
        </w:rPr>
      </w:pPr>
      <w:r>
        <w:rPr>
          <w:lang w:eastAsia="ja-JP"/>
        </w:rPr>
        <w:lastRenderedPageBreak/>
        <w:t>葺き替え</w:t>
      </w:r>
    </w:p>
    <w:p w14:paraId="449A809C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【見積依頼】屋根葺き替え（撤去</w:t>
      </w:r>
      <w:r>
        <w:rPr>
          <w:lang w:eastAsia="ja-JP"/>
        </w:rPr>
        <w:t>→</w:t>
      </w:r>
      <w:r>
        <w:rPr>
          <w:lang w:eastAsia="ja-JP"/>
        </w:rPr>
        <w:t>新設）</w:t>
      </w:r>
    </w:p>
    <w:p w14:paraId="7644B317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44977211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建物情報</w:t>
      </w:r>
    </w:p>
    <w:p w14:paraId="00FFC1A2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・建物種別：</w:t>
      </w:r>
      <w:r>
        <w:rPr>
          <w:lang w:eastAsia="ja-JP"/>
        </w:rPr>
        <w:t>{</w:t>
      </w:r>
      <w:r>
        <w:rPr>
          <w:lang w:eastAsia="ja-JP"/>
        </w:rPr>
        <w:t>建物種別</w:t>
      </w:r>
      <w:r>
        <w:rPr>
          <w:lang w:eastAsia="ja-JP"/>
        </w:rPr>
        <w:t>}</w:t>
      </w:r>
    </w:p>
    <w:p w14:paraId="6EB413F4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・築年数：</w:t>
      </w:r>
      <w:r>
        <w:rPr>
          <w:lang w:eastAsia="ja-JP"/>
        </w:rPr>
        <w:t>{</w:t>
      </w:r>
      <w:r>
        <w:rPr>
          <w:lang w:eastAsia="ja-JP"/>
        </w:rPr>
        <w:t>築年数</w:t>
      </w:r>
      <w:r>
        <w:rPr>
          <w:lang w:eastAsia="ja-JP"/>
        </w:rPr>
        <w:t>}</w:t>
      </w:r>
    </w:p>
    <w:p w14:paraId="0D6E6903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・階数：</w:t>
      </w:r>
      <w:r>
        <w:rPr>
          <w:lang w:eastAsia="ja-JP"/>
        </w:rPr>
        <w:t>{</w:t>
      </w:r>
      <w:r>
        <w:rPr>
          <w:lang w:eastAsia="ja-JP"/>
        </w:rPr>
        <w:t>階数</w:t>
      </w:r>
      <w:r>
        <w:rPr>
          <w:lang w:eastAsia="ja-JP"/>
        </w:rPr>
        <w:t>}</w:t>
      </w:r>
    </w:p>
    <w:p w14:paraId="5FBF505C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・所在地：</w:t>
      </w:r>
      <w:r>
        <w:rPr>
          <w:lang w:eastAsia="ja-JP"/>
        </w:rPr>
        <w:t>{</w:t>
      </w:r>
      <w:r>
        <w:rPr>
          <w:lang w:eastAsia="ja-JP"/>
        </w:rPr>
        <w:t>所在地</w:t>
      </w:r>
      <w:r>
        <w:rPr>
          <w:lang w:eastAsia="ja-JP"/>
        </w:rPr>
        <w:t>}</w:t>
      </w:r>
    </w:p>
    <w:p w14:paraId="497AC312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059A67BA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現状</w:t>
      </w:r>
    </w:p>
    <w:p w14:paraId="0F8A0A6A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・既存屋根材（分かる範囲）：</w:t>
      </w:r>
      <w:r>
        <w:rPr>
          <w:lang w:eastAsia="ja-JP"/>
        </w:rPr>
        <w:t>{</w:t>
      </w:r>
      <w:r>
        <w:rPr>
          <w:lang w:eastAsia="ja-JP"/>
        </w:rPr>
        <w:t>既存屋根材</w:t>
      </w:r>
      <w:r>
        <w:rPr>
          <w:lang w:eastAsia="ja-JP"/>
        </w:rPr>
        <w:t>}</w:t>
      </w:r>
    </w:p>
    <w:p w14:paraId="3DBE2EB1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・症状：</w:t>
      </w:r>
      <w:r>
        <w:rPr>
          <w:lang w:eastAsia="ja-JP"/>
        </w:rPr>
        <w:t>{</w:t>
      </w:r>
      <w:r>
        <w:rPr>
          <w:lang w:eastAsia="ja-JP"/>
        </w:rPr>
        <w:t>症状（雨漏り</w:t>
      </w:r>
      <w:r>
        <w:rPr>
          <w:lang w:eastAsia="ja-JP"/>
        </w:rPr>
        <w:t>/</w:t>
      </w:r>
      <w:r>
        <w:rPr>
          <w:lang w:eastAsia="ja-JP"/>
        </w:rPr>
        <w:t>割れ</w:t>
      </w:r>
      <w:r>
        <w:rPr>
          <w:lang w:eastAsia="ja-JP"/>
        </w:rPr>
        <w:t>/</w:t>
      </w:r>
      <w:r>
        <w:rPr>
          <w:lang w:eastAsia="ja-JP"/>
        </w:rPr>
        <w:t>板金浮き等）</w:t>
      </w:r>
      <w:r>
        <w:rPr>
          <w:lang w:eastAsia="ja-JP"/>
        </w:rPr>
        <w:t>}</w:t>
      </w:r>
    </w:p>
    <w:p w14:paraId="44122041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・石綿（アスベスト）の可能性：</w:t>
      </w:r>
      <w:r>
        <w:rPr>
          <w:lang w:eastAsia="ja-JP"/>
        </w:rPr>
        <w:t>{</w:t>
      </w:r>
      <w:r>
        <w:rPr>
          <w:lang w:eastAsia="ja-JP"/>
        </w:rPr>
        <w:t>築年等からの推定（不明でも可）</w:t>
      </w:r>
      <w:r>
        <w:rPr>
          <w:lang w:eastAsia="ja-JP"/>
        </w:rPr>
        <w:t>}</w:t>
      </w:r>
    </w:p>
    <w:p w14:paraId="066C434B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025E5A62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希望内容</w:t>
      </w:r>
    </w:p>
    <w:p w14:paraId="78BE15AC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・既存屋根材の撤去・処分から、新設までの葺き替え一式の見積をお願いします。</w:t>
      </w:r>
    </w:p>
    <w:p w14:paraId="2F5270E8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・防水シート（下葺き材）の種類（一般</w:t>
      </w:r>
      <w:r>
        <w:rPr>
          <w:lang w:eastAsia="ja-JP"/>
        </w:rPr>
        <w:t>/</w:t>
      </w:r>
      <w:r>
        <w:rPr>
          <w:lang w:eastAsia="ja-JP"/>
        </w:rPr>
        <w:t>改質アスファルト等）を明記し、グレード別の提案があれば併記してください。</w:t>
      </w:r>
    </w:p>
    <w:p w14:paraId="08C243C9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・下地板（屋根の下の板）の状態に応じた補修（増し張り</w:t>
      </w:r>
      <w:r>
        <w:rPr>
          <w:lang w:eastAsia="ja-JP"/>
        </w:rPr>
        <w:t>/</w:t>
      </w:r>
      <w:r>
        <w:rPr>
          <w:lang w:eastAsia="ja-JP"/>
        </w:rPr>
        <w:t>張替え）の条件・単価を記載してください。</w:t>
      </w:r>
    </w:p>
    <w:p w14:paraId="1FAF1EC8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・板金役物（棟・ケラバ・谷・雨押え等）の範囲と固定方法（ネジ留め等）を記載してください。</w:t>
      </w:r>
    </w:p>
    <w:p w14:paraId="1C3CB14E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・石綿（アスベスト）が疑われる場合の調査・処分費の扱い（別途</w:t>
      </w:r>
      <w:r>
        <w:rPr>
          <w:lang w:eastAsia="ja-JP"/>
        </w:rPr>
        <w:t>/</w:t>
      </w:r>
      <w:r>
        <w:rPr>
          <w:lang w:eastAsia="ja-JP"/>
        </w:rPr>
        <w:t>見込等）を記載してください。</w:t>
      </w:r>
    </w:p>
    <w:p w14:paraId="5F6ABE39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1D107616" w14:textId="3EB0319F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保証・書類</w:t>
      </w:r>
      <w:r w:rsidR="00AE5F81">
        <w:rPr>
          <w:rFonts w:hint="eastAsia"/>
          <w:lang w:eastAsia="ja-JP"/>
        </w:rPr>
        <w:t>（現地調査後で構いません）</w:t>
      </w:r>
    </w:p>
    <w:p w14:paraId="1B8EFA9E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・製品保証＋工事保証（書面）を希望します。年数・対象範囲を記載してください。</w:t>
      </w:r>
    </w:p>
    <w:p w14:paraId="573143F5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・見積明細は工程・材料が分かる内訳でお願いします。</w:t>
      </w:r>
    </w:p>
    <w:p w14:paraId="1808EF90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29DB2DD2" w14:textId="77777777" w:rsidR="004B7D1A" w:rsidRDefault="005D3B55" w:rsidP="00770D3A">
      <w:pPr>
        <w:spacing w:after="0" w:line="320" w:lineRule="exact"/>
        <w:rPr>
          <w:sz w:val="20"/>
          <w:lang w:eastAsia="ja-JP"/>
        </w:rPr>
      </w:pPr>
      <w:r>
        <w:rPr>
          <w:lang w:eastAsia="ja-JP"/>
        </w:rPr>
        <w:t>以上、よろしくお願いいたします。</w:t>
      </w:r>
    </w:p>
    <w:p w14:paraId="135A201E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1B06A915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04EE5923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5AA29A59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73BD3083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2A6AA48C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5C48FFC8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71D75F00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206EFAA0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54B0CA6D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0676A6C6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48D885E2" w14:textId="77777777" w:rsidR="007B23B7" w:rsidRDefault="007B23B7" w:rsidP="00770D3A">
      <w:pPr>
        <w:spacing w:after="0" w:line="320" w:lineRule="exact"/>
        <w:rPr>
          <w:sz w:val="20"/>
          <w:lang w:eastAsia="ja-JP"/>
        </w:rPr>
      </w:pPr>
    </w:p>
    <w:p w14:paraId="5879A834" w14:textId="77777777" w:rsidR="004B7D1A" w:rsidRDefault="005D3B55" w:rsidP="00770D3A">
      <w:pPr>
        <w:pStyle w:val="21"/>
        <w:spacing w:before="0" w:line="320" w:lineRule="exact"/>
        <w:rPr>
          <w:lang w:eastAsia="ja-JP"/>
        </w:rPr>
      </w:pPr>
      <w:r>
        <w:rPr>
          <w:lang w:eastAsia="ja-JP"/>
        </w:rPr>
        <w:lastRenderedPageBreak/>
        <w:t>部分補修</w:t>
      </w:r>
    </w:p>
    <w:p w14:paraId="4E36C7B4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【見積依頼】屋根の部分補修（棟板金</w:t>
      </w:r>
      <w:r>
        <w:rPr>
          <w:lang w:eastAsia="ja-JP"/>
        </w:rPr>
        <w:t>/</w:t>
      </w:r>
      <w:r>
        <w:rPr>
          <w:lang w:eastAsia="ja-JP"/>
        </w:rPr>
        <w:t>谷</w:t>
      </w:r>
      <w:r>
        <w:rPr>
          <w:lang w:eastAsia="ja-JP"/>
        </w:rPr>
        <w:t>/</w:t>
      </w:r>
      <w:r>
        <w:rPr>
          <w:lang w:eastAsia="ja-JP"/>
        </w:rPr>
        <w:t>差し替え等）</w:t>
      </w:r>
    </w:p>
    <w:p w14:paraId="2698250D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35D22356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建物情報</w:t>
      </w:r>
    </w:p>
    <w:p w14:paraId="59A27C3F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・建物種別：</w:t>
      </w:r>
      <w:r>
        <w:rPr>
          <w:lang w:eastAsia="ja-JP"/>
        </w:rPr>
        <w:t>{</w:t>
      </w:r>
      <w:r>
        <w:rPr>
          <w:lang w:eastAsia="ja-JP"/>
        </w:rPr>
        <w:t>建物種別</w:t>
      </w:r>
      <w:r>
        <w:rPr>
          <w:lang w:eastAsia="ja-JP"/>
        </w:rPr>
        <w:t>}</w:t>
      </w:r>
    </w:p>
    <w:p w14:paraId="49856D34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・築年数：</w:t>
      </w:r>
      <w:r>
        <w:rPr>
          <w:lang w:eastAsia="ja-JP"/>
        </w:rPr>
        <w:t>{</w:t>
      </w:r>
      <w:r>
        <w:rPr>
          <w:lang w:eastAsia="ja-JP"/>
        </w:rPr>
        <w:t>築年数</w:t>
      </w:r>
      <w:r>
        <w:rPr>
          <w:lang w:eastAsia="ja-JP"/>
        </w:rPr>
        <w:t>}</w:t>
      </w:r>
    </w:p>
    <w:p w14:paraId="1EBB4872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・階数：</w:t>
      </w:r>
      <w:r>
        <w:rPr>
          <w:lang w:eastAsia="ja-JP"/>
        </w:rPr>
        <w:t>{</w:t>
      </w:r>
      <w:r>
        <w:rPr>
          <w:lang w:eastAsia="ja-JP"/>
        </w:rPr>
        <w:t>階数</w:t>
      </w:r>
      <w:r>
        <w:rPr>
          <w:lang w:eastAsia="ja-JP"/>
        </w:rPr>
        <w:t>}</w:t>
      </w:r>
    </w:p>
    <w:p w14:paraId="11D70E1D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・所在地：</w:t>
      </w:r>
      <w:r>
        <w:rPr>
          <w:lang w:eastAsia="ja-JP"/>
        </w:rPr>
        <w:t>{</w:t>
      </w:r>
      <w:r>
        <w:rPr>
          <w:lang w:eastAsia="ja-JP"/>
        </w:rPr>
        <w:t>所在地</w:t>
      </w:r>
      <w:r>
        <w:rPr>
          <w:lang w:eastAsia="ja-JP"/>
        </w:rPr>
        <w:t>}</w:t>
      </w:r>
    </w:p>
    <w:p w14:paraId="02453A11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34D15540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現状</w:t>
      </w:r>
    </w:p>
    <w:p w14:paraId="5DC03F22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・不具合箇所：</w:t>
      </w:r>
      <w:r>
        <w:rPr>
          <w:lang w:eastAsia="ja-JP"/>
        </w:rPr>
        <w:t>{</w:t>
      </w:r>
      <w:r>
        <w:rPr>
          <w:lang w:eastAsia="ja-JP"/>
        </w:rPr>
        <w:t>棟板金の浮き</w:t>
      </w:r>
      <w:r>
        <w:rPr>
          <w:lang w:eastAsia="ja-JP"/>
        </w:rPr>
        <w:t>/</w:t>
      </w:r>
      <w:r>
        <w:rPr>
          <w:lang w:eastAsia="ja-JP"/>
        </w:rPr>
        <w:t>谷の漏水</w:t>
      </w:r>
      <w:r>
        <w:rPr>
          <w:lang w:eastAsia="ja-JP"/>
        </w:rPr>
        <w:t>/</w:t>
      </w:r>
      <w:r>
        <w:rPr>
          <w:lang w:eastAsia="ja-JP"/>
        </w:rPr>
        <w:t>割れ差し替え等</w:t>
      </w:r>
      <w:r>
        <w:rPr>
          <w:lang w:eastAsia="ja-JP"/>
        </w:rPr>
        <w:t>}</w:t>
      </w:r>
    </w:p>
    <w:p w14:paraId="3342E5C0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・雨漏り：</w:t>
      </w:r>
      <w:r>
        <w:rPr>
          <w:lang w:eastAsia="ja-JP"/>
        </w:rPr>
        <w:t>{</w:t>
      </w:r>
      <w:r>
        <w:rPr>
          <w:lang w:eastAsia="ja-JP"/>
        </w:rPr>
        <w:t>あり</w:t>
      </w:r>
      <w:r>
        <w:rPr>
          <w:lang w:eastAsia="ja-JP"/>
        </w:rPr>
        <w:t>/</w:t>
      </w:r>
      <w:r>
        <w:rPr>
          <w:lang w:eastAsia="ja-JP"/>
        </w:rPr>
        <w:t>なし</w:t>
      </w:r>
      <w:r>
        <w:rPr>
          <w:lang w:eastAsia="ja-JP"/>
        </w:rPr>
        <w:t>/</w:t>
      </w:r>
      <w:r>
        <w:rPr>
          <w:lang w:eastAsia="ja-JP"/>
        </w:rPr>
        <w:t>不明</w:t>
      </w:r>
      <w:r>
        <w:rPr>
          <w:lang w:eastAsia="ja-JP"/>
        </w:rPr>
        <w:t>}</w:t>
      </w:r>
    </w:p>
    <w:p w14:paraId="2874CDE5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240B872F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希望内容</w:t>
      </w:r>
    </w:p>
    <w:p w14:paraId="694DEA5E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・対象部位の補修内容（交換範囲、固定方法、シーリング有無等）が分かるように見積してください。</w:t>
      </w:r>
    </w:p>
    <w:p w14:paraId="6D24FF3F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・原因調査（必要なら水をかけて原因を確認する試験等）と、再発防止の提案（必要なら部分カバー</w:t>
      </w:r>
      <w:r>
        <w:rPr>
          <w:lang w:eastAsia="ja-JP"/>
        </w:rPr>
        <w:t>/</w:t>
      </w:r>
      <w:r>
        <w:rPr>
          <w:lang w:eastAsia="ja-JP"/>
        </w:rPr>
        <w:t>全体改修の選択肢）もお願いします。</w:t>
      </w:r>
    </w:p>
    <w:p w14:paraId="3F6111B1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・足場が必要な場合は、必要理由と範囲を記載してください。</w:t>
      </w:r>
    </w:p>
    <w:p w14:paraId="09F08C3F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6C40F14D" w14:textId="086C6FF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■</w:t>
      </w:r>
      <w:r>
        <w:rPr>
          <w:lang w:eastAsia="ja-JP"/>
        </w:rPr>
        <w:t>保証・書類</w:t>
      </w:r>
      <w:r w:rsidR="00AE5F81">
        <w:rPr>
          <w:rFonts w:hint="eastAsia"/>
          <w:lang w:eastAsia="ja-JP"/>
        </w:rPr>
        <w:t>（現地調査後で構いません）</w:t>
      </w:r>
    </w:p>
    <w:p w14:paraId="1275FB74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・補修工事の保証（書面）有無と年数を記載してください。</w:t>
      </w:r>
    </w:p>
    <w:p w14:paraId="533C5AF2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・見積明細は内訳が分かる形でお願いします。</w:t>
      </w:r>
    </w:p>
    <w:p w14:paraId="4D79CC88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54A85658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以上、よろしくお願いいたします。</w:t>
      </w:r>
    </w:p>
    <w:p w14:paraId="59055F1C" w14:textId="77777777" w:rsidR="004B7D1A" w:rsidRDefault="004B7D1A" w:rsidP="00770D3A">
      <w:pPr>
        <w:spacing w:after="0" w:line="320" w:lineRule="exact"/>
        <w:rPr>
          <w:lang w:eastAsia="ja-JP"/>
        </w:rPr>
      </w:pPr>
    </w:p>
    <w:p w14:paraId="3E1E99A7" w14:textId="77777777" w:rsidR="004B7D1A" w:rsidRDefault="005D3B55" w:rsidP="00770D3A">
      <w:pPr>
        <w:spacing w:after="0" w:line="320" w:lineRule="exact"/>
        <w:rPr>
          <w:lang w:eastAsia="ja-JP"/>
        </w:rPr>
      </w:pPr>
      <w:r>
        <w:rPr>
          <w:lang w:eastAsia="ja-JP"/>
        </w:rPr>
        <w:t>※</w:t>
      </w:r>
      <w:r>
        <w:rPr>
          <w:lang w:eastAsia="ja-JP"/>
        </w:rPr>
        <w:t>使い方：</w:t>
      </w:r>
      <w:r>
        <w:rPr>
          <w:lang w:eastAsia="ja-JP"/>
        </w:rPr>
        <w:t>A.</w:t>
      </w:r>
      <w:r>
        <w:rPr>
          <w:lang w:eastAsia="ja-JP"/>
        </w:rPr>
        <w:t>要望事項整理表を先に埋め、テンプレ内の</w:t>
      </w:r>
      <w:r>
        <w:rPr>
          <w:lang w:eastAsia="ja-JP"/>
        </w:rPr>
        <w:t xml:space="preserve"> { } </w:t>
      </w:r>
      <w:r>
        <w:rPr>
          <w:lang w:eastAsia="ja-JP"/>
        </w:rPr>
        <w:t>をコピペで置き換えてから、同じ条件で</w:t>
      </w:r>
      <w:r>
        <w:rPr>
          <w:lang w:eastAsia="ja-JP"/>
        </w:rPr>
        <w:t>3</w:t>
      </w:r>
      <w:r>
        <w:rPr>
          <w:lang w:eastAsia="ja-JP"/>
        </w:rPr>
        <w:t>社へ送ると比較がブレにくくなります。</w:t>
      </w:r>
    </w:p>
    <w:p w14:paraId="130B1761" w14:textId="77777777" w:rsidR="00B149BF" w:rsidRDefault="00B149BF">
      <w:pPr>
        <w:rPr>
          <w:lang w:eastAsia="ja-JP"/>
        </w:rPr>
      </w:pPr>
    </w:p>
    <w:p w14:paraId="2B8CA4D4" w14:textId="77777777" w:rsidR="00B149BF" w:rsidRDefault="005D3B55">
      <w:pPr>
        <w:rPr>
          <w:lang w:eastAsia="ja-JP"/>
        </w:rPr>
      </w:pPr>
      <w:r>
        <w:rPr>
          <w:lang w:eastAsia="ja-JP"/>
        </w:rPr>
        <w:t>【あわせて提示いただきたいこと】</w:t>
      </w:r>
    </w:p>
    <w:p w14:paraId="4D9C2285" w14:textId="77777777" w:rsidR="00B149BF" w:rsidRDefault="005D3B55">
      <w:pPr>
        <w:rPr>
          <w:lang w:eastAsia="ja-JP"/>
        </w:rPr>
      </w:pPr>
      <w:r>
        <w:rPr>
          <w:lang w:eastAsia="ja-JP"/>
        </w:rPr>
        <w:t>・工事期間の目安（着工〜完了）と、天候による延期時の対応</w:t>
      </w:r>
    </w:p>
    <w:p w14:paraId="6772FDA8" w14:textId="77777777" w:rsidR="00B149BF" w:rsidRDefault="005D3B55">
      <w:pPr>
        <w:rPr>
          <w:lang w:eastAsia="ja-JP"/>
        </w:rPr>
      </w:pPr>
      <w:r>
        <w:rPr>
          <w:lang w:eastAsia="ja-JP"/>
        </w:rPr>
        <w:t>・追加費用が発生する条件（下地の傷み等）と、事前説明・承認の流れ</w:t>
      </w:r>
    </w:p>
    <w:p w14:paraId="417A05C0" w14:textId="77777777" w:rsidR="00B149BF" w:rsidRDefault="005D3B55">
      <w:pPr>
        <w:rPr>
          <w:lang w:eastAsia="ja-JP"/>
        </w:rPr>
      </w:pPr>
      <w:r>
        <w:rPr>
          <w:lang w:eastAsia="ja-JP"/>
        </w:rPr>
        <w:t>・着工前／途中／完了の写真報告の有無</w:t>
      </w:r>
    </w:p>
    <w:sectPr w:rsidR="00B149BF" w:rsidSect="00AE5F81">
      <w:pgSz w:w="12240" w:h="15840"/>
      <w:pgMar w:top="1134" w:right="1797" w:bottom="1134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59A74" w14:textId="77777777" w:rsidR="005D3B55" w:rsidRDefault="005D3B55" w:rsidP="002E1D8F">
      <w:pPr>
        <w:spacing w:after="0" w:line="240" w:lineRule="auto"/>
      </w:pPr>
      <w:r>
        <w:separator/>
      </w:r>
    </w:p>
  </w:endnote>
  <w:endnote w:type="continuationSeparator" w:id="0">
    <w:p w14:paraId="31061CCF" w14:textId="77777777" w:rsidR="005D3B55" w:rsidRDefault="005D3B55" w:rsidP="002E1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63716" w14:textId="77777777" w:rsidR="005D3B55" w:rsidRDefault="005D3B55" w:rsidP="002E1D8F">
      <w:pPr>
        <w:spacing w:after="0" w:line="240" w:lineRule="auto"/>
      </w:pPr>
      <w:r>
        <w:separator/>
      </w:r>
    </w:p>
  </w:footnote>
  <w:footnote w:type="continuationSeparator" w:id="0">
    <w:p w14:paraId="26D2FCB9" w14:textId="77777777" w:rsidR="005D3B55" w:rsidRDefault="005D3B55" w:rsidP="002E1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6865469">
    <w:abstractNumId w:val="8"/>
  </w:num>
  <w:num w:numId="2" w16cid:durableId="1307205840">
    <w:abstractNumId w:val="6"/>
  </w:num>
  <w:num w:numId="3" w16cid:durableId="765349591">
    <w:abstractNumId w:val="5"/>
  </w:num>
  <w:num w:numId="4" w16cid:durableId="32390355">
    <w:abstractNumId w:val="4"/>
  </w:num>
  <w:num w:numId="5" w16cid:durableId="1640454125">
    <w:abstractNumId w:val="7"/>
  </w:num>
  <w:num w:numId="6" w16cid:durableId="1242518224">
    <w:abstractNumId w:val="3"/>
  </w:num>
  <w:num w:numId="7" w16cid:durableId="1894802773">
    <w:abstractNumId w:val="2"/>
  </w:num>
  <w:num w:numId="8" w16cid:durableId="900215632">
    <w:abstractNumId w:val="1"/>
  </w:num>
  <w:num w:numId="9" w16cid:durableId="1968389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717E"/>
    <w:rsid w:val="0015074B"/>
    <w:rsid w:val="002319C6"/>
    <w:rsid w:val="0029639D"/>
    <w:rsid w:val="002E1D8F"/>
    <w:rsid w:val="00326F90"/>
    <w:rsid w:val="003458A6"/>
    <w:rsid w:val="004B7D1A"/>
    <w:rsid w:val="005D3B55"/>
    <w:rsid w:val="00770D3A"/>
    <w:rsid w:val="007B23B7"/>
    <w:rsid w:val="00AA1D8D"/>
    <w:rsid w:val="00AE0558"/>
    <w:rsid w:val="00AE5F81"/>
    <w:rsid w:val="00B149BF"/>
    <w:rsid w:val="00B47730"/>
    <w:rsid w:val="00BD2FF6"/>
    <w:rsid w:val="00CB0664"/>
    <w:rsid w:val="00CB3D25"/>
    <w:rsid w:val="00F818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62061"/>
  <w14:defaultImageDpi w14:val="300"/>
  <w15:docId w15:val="{C0A8854F-E4FA-47E6-A277-EE082839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1111</Words>
  <Characters>1111</Characters>
  <Application>Microsoft Office Word</Application>
  <DocSecurity>0</DocSecurity>
  <Lines>92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富田 隆志（Takashi TOMITA）</cp:lastModifiedBy>
  <cp:revision>9</cp:revision>
  <dcterms:created xsi:type="dcterms:W3CDTF">2013-12-23T23:15:00Z</dcterms:created>
  <dcterms:modified xsi:type="dcterms:W3CDTF">2026-02-26T04:57:00Z</dcterms:modified>
  <cp:category/>
</cp:coreProperties>
</file>